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ראשית הנצרות ועקרונותיה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מרכזיים של ימי הביניים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העבר של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עדות מהעבר כמו מכתב או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דמות מרכזית שעליה מבוססת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הברית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אחרי נפילת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מערכת שבה אדונים נתנו קרקע תמורת נאמנות ועבודה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מסעות מלחמה נוצריים לכיבוש 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היסטוריה חוקרת תקופות רחוקות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ישו הוא הדמות המרכזית שממנה צמחה הדת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הכנסייה הייתה בעלת השפעה רבה על החברה והשלטון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תיאור מדויק של אורח חייהם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השיטה הייתה היררכית, עם אדונים ואיכרים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אלו דוגמאות למקורות שחוקרים ההיסטוריה משתמשים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הצלבות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(לימוד העבר של 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(דת שהתפתחה מאמונתו של ישו)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 עליון של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(שיטה חברתית של אדונים ואיכרים)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(אנשי דת שחיו במנזרים)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(מסעות מלחמה נוצריים לארץ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תקופת רומא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נפילת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ימי הביניים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התבססות הכנסייה הקתולית כגורם שלטוני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מסעות הצלב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את ההווה, ללמוד מטעויות העבר ולהכיר תרבויות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שיטה חברתית בה אדונים נתנו קרקע לאיכרים תמורת עבודה ונאמנות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שיטה חברתית של אדונים ואיכרים עם קרקע וחובות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למשחק החידון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המושגים המרכזיים לפני שיחזרו על החומר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שלושה נושאים: מבוא להיסטוריה כמקצוע, ראשית הנצרות, ותקופת ימי הביניים באירופה.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חוקרת ההיסטוריה?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העבר של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מקור 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עדות מהעבר כמו מכתב או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תחזית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ישו לפי האמונה הנוצרית?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 רומאי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מרכזית שעליה מבוססת הנצרות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פילוסוף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הספר הקדוש בנצרות?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הברית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הקוראן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האיליאדה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בערך מתחילה תקופת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נפילת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המצאת הכתב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בתקופת המצרים הקדמונים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במאה העשרים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עמד בראש הכנסייה הקתולית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הנזיר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השופט העליון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מהי שיטת הפיאודליזם?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דמוקרטי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שבה אדונים נתנו קרקע תמורת נאמנות ועבודה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חופשי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ממשל נבחר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היו ההצלבות?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מסעות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מסעות מלחמה נוצריים לכיבוש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תחרויות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פסטיבלי אמנות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היסטוריה עוסקת רק באירועים שקרו בשנה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התפתחה מתוך אמונתו של ישו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 הביניים הכנסייה הייתה חסרת השפעה על החיים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נזירים חיו במנזרים ועסקו בלימוד ותפילה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פיאודליזם הוא שיטה שבה כל בני האדם שווים בזכויות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מקורות היסטוריים יכולים לכלול מכתבים וחפצים עתיקים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הנצרות היא דת שהתפתחה מתוך אמונתו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תקופת __________ באירופה החלה אחרי נפילת רומא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עמד בראש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בשיטת ה__________ אדונים נתנו קרקע לאיכרים תמורת עבודה ונאמנות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מסעות המלחמה הנוצריים לכיבוש ארץ ישראל נקראו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שיטה חברתית של אדונים ואיכרים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נצרות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 דת שחיו במנזרים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מסעות מלחמה נוצריים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פיאודליזם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עליון של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נזירים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לימוד העבר של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הצלבות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דת שהתפתחה מאמונתו של ישו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האימפריה הרומית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ימי הביניים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מסעות הצלב לארץ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רומא העתיקה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התבססות הכנסייה הקתולית כגורם שלטוני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ללמוד היסטוריה? כתבו 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מהי שיטת הפיאודליזם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היסטוריה?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האדם המרכזי שעליו מבוססת הנצרות?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הפיאודליזם?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להיסטוריה,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