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להיסטוריה,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 ההיסטוריה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ראשית הנצרות ועקרונותיה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מרכזיים של ימי הביניים באירופה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העבר של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עדות מהעבר כמו מכתב או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דמות מרכזית שעליה מבוססת הנצרות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הברית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אחרי נפילת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מערכת שבה אדונים נתנו קרקע תמורת נאמנות ועבודה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מסעות מלחמה נוצריים לכיבוש 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היסטוריה חוקרת תקופות רחוקות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ישו הוא הדמות המרכזית שממנה צמחה הדת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הכנסייה הייתה בעלת השפעה רבה על החברה והשלטון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תיאור מדויק של אורח חייהם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השיטה הייתה היררכית, עם אדונים ואיכרים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אלו דוגמאות למקורות שחוקרים ההיסטוריה משתמשים בהם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פיאודליזם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הצלבות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(לימוד העבר של בני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(דת שהתפתחה מאמונתו של ישו)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(מנהיג עליון של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(שיטה חברתית של אדונים ואיכרים)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(אנשי דת שחיו במנזרים)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(מסעות מלחמה נוצריים לארץ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תקופת רומא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נפילת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תחילת ימי הביניים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התבססות הכנסייה הקתולית כגורם שלטוני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מסעות הצלב לארץ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להבין את ההווה, ללמוד מטעויות העבר ולהכיר תרבויות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שיטה חברתית בה אדונים נתנו קרקע לאיכרים תמורת עבודה ונאמנות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לימוד העבר של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שיטה חברתית של אדונים ואיכרים עם קרקע וחובות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למשחק החידון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המושגים המרכזיים לפני שיחזרו על החומר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להיסטוריה,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ההיסטוריה כמקצוע, על תחילת הדת הנוצרית, ועל התקופה שנקראת ימי הביניים.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היסטוריה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לימוד העבר של בני האדם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מקורות היסטוריים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עדויות וחפצים מהעבר שעוזרים לחקור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נצרות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דת שהתפתחה מאמונתו של ישו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ימי הביניים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התקופה באירופה בין נפילת רומא לעת החדשה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פיאודליזם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חברתית בה אדונים נתנו קרקע לאיכרים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האפיפיור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המנהיג העליון של הכנסייה הקתולית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הצלבות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מסעות מלחמה נוצריים לכיבוש 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נזירים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דת שחיו במנזרים ועסקו בלימוד ותפילה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לומדים בהיסטוריה?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העבר של 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מלחמות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עדות מהעבר?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עדות מהעבר כמו מכתב או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תחזית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נמצא במרכז הדת הנוצרית?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קיסר רומאי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מרכזית שעליה מבוססת הנצרות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מלך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פילוסוף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לספר הקדוש של הנוצרים?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הברית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הקוראן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האיליאדה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מתחילים 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נפילת האימפריה הרומית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המצאת הכתב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בתקופת המצרים הקדמונים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במאה העשרים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המנהיג של הכנסייה?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הנזיר הראשי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השופט העליון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זה פיאודליזם?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שלטון דמוקרטי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מערכת שבה אדונים נתנו קרקע תמורת נאמנות ועבודה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 חופשי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ממשל נבחר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זה מסעות הצלב?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מסעות 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מסעות מלחמה נוצריים לכיבוש 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תחרויות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פסטיבלי אמנות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היסטוריה עוסקת רק באירועים שקרו בשנה האחרונה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התפתחה מתוך אמונתו של ישו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בימי הביניים הכנסייה הייתה חסרת השפעה על החיים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נזירים חיו במנזרים ועסקו בלימוד ותפילה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פיאודליזם הוא שיטה שבה כל בני האדם שווים בזכויות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מקורות היסטוריים יכולים לכלול מכתבים וחפצים עתיקים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לימוד העבר של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הנצרות היא דת שהתפתחה מתוך אמונתו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תקופת __________ באירופה החלה אחרי נפילת רומא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עמד בראש הכנסייה הקתולית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בשיטת ה__________ אדונים נתנו קרקע לאיכרים תמורת עבודה ונאמנות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מסעות המלחמה הנוצריים לכיבוש ארץ ישראל נקראו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היסטוריה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אנשי דת שחיו במנזרים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נצרות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מסעות מלחמה נוצריים לארץ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שיטה חברתית של אדונים ואיכרים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פיאודליזם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לימוד העבר של 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נזירים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דת שהתפתחה מאמונתו של ישו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הצלבות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מנהיג עליון של הכנסייה הקתולית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האימפריה הרומית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מסעות הצלב לארץ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התבססות הכנסייה הקתולית כגורם שלטוני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ימי הביניים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תקופת רומא העתיקה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ללמוד היסטוריה? כתבו שתי סיבות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בקצרה מהי שיטת הפיאודליזם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היסטוריה?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האדם המרכזי שעליו מבוססת הנצרות?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שיטת הפיאודליזם?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להיסטוריה,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