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📜 מבחן והכנה – מבוא להיסטוריה, ימי הביניים והנצרות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מבוא להיסטוריה, ימי הביניים והנצרות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מושגי יסוד בלימוד ההיסטוריה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להבין את ראשית הנצרות ועקרונותיה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לזהות מאפיינים מרכזיים של ימי הביניים באירופה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חנ״מ – פחות פריטים, עד 3 אפשרויות בחירה, בנק מילים, גופן מוגדל ושורות כתיבה רחבות. מומלץ להקריא את ההוראות בקול ולעבוד חלק אחר חלק, בלי הגבלת זמן.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שאלות אמריקאיות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את העבר של בני האדם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עדות מהעבר כמו מכתב או חפץ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א – הברית החדשה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לא נכון – היסטוריה חוקרת תקופות רחוקות מהעבר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ישו הוא הדמות המרכזית שממנה צמחה הדת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זהו תיאור מדויק של אורח חייהם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השלימו את המילה החסרה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היסטוריה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ישו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ימי הביניים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התאימו מושג להסבר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ב (לימוד העבר של בני האדם)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ג (דת שהתפתחה מאמונתו של ישו)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ד (מנהיג עליון של הכנסייה הקתולית)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א (שיטה חברתית של אדונים ואיכרים)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סדרו לפי סדר כרונולוגי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תקופת רומא העתיקה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נפילת האימפריה הרומית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תחילת ימי הביניים באירופה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התבססות הכנסייה הקתולית כגורם שלטוני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שאלות פתוחות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כדי להבין את ההווה, ללמוד מטעויות העבר ולהכיר תרבויות שונות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לימוד העבר של בני האדם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ישו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שיטה חברתית של אדונים ואיכרים עם קרקע וחובות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ניתן להשתמש בדף כהכנה למשחק החידון הכיתתי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מומלץ לחזק את המושגים המרכזיים לפני שיחזרו על החומר במשחק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לתלמידים מתקשים אפשר לדלג על הסעיפים המסומנים כקשים יותר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📜 מבחן והכנה – מבוא להיסטוריה, ימי הביניים והנצרות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מבוא להיסטוריה, ימי הביניים והנצרות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32"/>
          <w:rtl/>
          <w:szCs w:val="32"/>
        </w:rPr>
        <w:t>בדף זה נתרגל שלושה נושאים: מבוא להיסטוריה כמקצוע, ראשית הנצרות, ותקופת ימי הביניים באירופה.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2"/>
          <w:rtl/>
          <w:szCs w:val="32"/>
          <w:bCs/>
        </w:rPr>
        <w:t>🧺 בנק מילים: היסטוריה  ·  ימי הביניים  ·  ישו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36"/>
          <w:rtl/>
          <w:szCs w:val="36"/>
          <w:bCs/>
        </w:rPr>
        <w:t>1  חלק א׳ – שאלות אמריקאיות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מה חוקרת ההיסטוריה?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את העתיד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את העבר של בני האדם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רק מלחמות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2. מהו מקור היסטורי?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סיפור בדיוני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עדות מהעבר כמו מכתב או חפץ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תחזית מזג אוויר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3. מהו הספר הקדוש בנצרות?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הברית החדשה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הקוראן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התלמוד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36"/>
          <w:rtl/>
          <w:szCs w:val="36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היסטוריה עוסקת רק באירועים שקרו בשנה האחרונה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הנצרות התפתחה מתוך אמונתו של ישו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נזירים חיו במנזרים ועסקו בלימוד ותפילה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36"/>
          <w:rtl/>
          <w:szCs w:val="36"/>
          <w:bCs/>
        </w:rPr>
        <w:t>3  חלק ג׳ – השלימו את המילה החסרה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1. ה__________ היא לימוד העבר של בני האדם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2. הנצרות היא דת שהתפתחה מתוך אמונתו של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3. תקופת __________ באירופה החלה אחרי נפילת רומא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36"/>
          <w:rtl/>
          <w:szCs w:val="36"/>
          <w:bCs/>
        </w:rPr>
        <w:t>4  חלק ד׳ – התאימו מושג להסבר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1. היסטוריה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א. שיטה חברתית של אדונים ואיכרים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2. נצרות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ב. לימוד העבר של בני האדם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3. אפיפיור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ג. דת שהתפתחה מאמונתו של ישו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4. פיאודליזם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ד. מנהיג עליון של הכנסייה הקתולית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36"/>
          <w:rtl/>
          <w:szCs w:val="36"/>
          <w:bCs/>
        </w:rPr>
        <w:t>5  חלק ה׳ – סדרו לפי סדר כרונולוגי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התבססות הכנסייה הקתולית כגורם שלטוני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תקופת רומא העתיקה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נפילת האימפריה הרומית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תחילת ימי הביניים באירופה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36"/>
          <w:rtl/>
          <w:szCs w:val="36"/>
          <w:bCs/>
        </w:rPr>
        <w:t>6  חלק ו׳ – שאלות פתוחות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מדוע חשוב ללמוד היסטוריה? כתבו שתי סיבות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36"/>
          <w:rtl/>
          <w:szCs w:val="36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מהי היסטוריה?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מי האדם המרכזי שעליו מבוססת הנצרות?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32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מבוא להיסטוריה, ימי הביניים והנצרות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